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968DB" w14:textId="77777777" w:rsidR="009B61B7" w:rsidRPr="009B61B7" w:rsidRDefault="009B61B7" w:rsidP="009B61B7">
      <w:pPr>
        <w:pStyle w:val="Ttulo1"/>
        <w:rPr>
          <w:lang w:val="es-AR"/>
        </w:rPr>
      </w:pPr>
      <w:r>
        <w:rPr>
          <w:rFonts w:ascii="Apple Color Emoji" w:hAnsi="Apple Color Emoji" w:cs="Apple Color Emoji"/>
        </w:rPr>
        <w:t>📘</w:t>
      </w:r>
      <w:r w:rsidRPr="009B61B7">
        <w:rPr>
          <w:lang w:val="es-AR"/>
        </w:rPr>
        <w:t xml:space="preserve"> My English Hub</w:t>
      </w:r>
    </w:p>
    <w:p w14:paraId="42185A86" w14:textId="77777777" w:rsidR="009B61B7" w:rsidRPr="009B61B7" w:rsidRDefault="009B61B7" w:rsidP="009B61B7">
      <w:pPr>
        <w:pStyle w:val="Ttulo3"/>
        <w:rPr>
          <w:lang w:val="es-AR"/>
        </w:rPr>
      </w:pPr>
      <w:r w:rsidRPr="009B61B7">
        <w:rPr>
          <w:lang w:val="es-AR"/>
        </w:rPr>
        <w:t xml:space="preserve">Inglés A2 – </w:t>
      </w:r>
      <w:proofErr w:type="spellStart"/>
      <w:r w:rsidRPr="009B61B7">
        <w:rPr>
          <w:lang w:val="es-AR"/>
        </w:rPr>
        <w:t>Hablá</w:t>
      </w:r>
      <w:proofErr w:type="spellEnd"/>
      <w:r w:rsidRPr="009B61B7">
        <w:rPr>
          <w:lang w:val="es-AR"/>
        </w:rPr>
        <w:t xml:space="preserve"> con confianza en situaciones cotidianas</w:t>
      </w:r>
    </w:p>
    <w:p w14:paraId="5C022242" w14:textId="77777777" w:rsidR="009B61B7" w:rsidRDefault="00936C20" w:rsidP="009B61B7">
      <w:r>
        <w:rPr>
          <w:noProof/>
        </w:rPr>
        <w:pict w14:anchorId="60CDE5EA">
          <v:rect id="_x0000_i1027" alt="" style="width:432.2pt;height:.05pt;mso-width-percent:0;mso-height-percent:0;mso-width-percent:0;mso-height-percent:0" o:hrpct="978" o:hralign="center" o:hrstd="t" o:hr="t" fillcolor="#a0a0a0" stroked="f"/>
        </w:pict>
      </w:r>
    </w:p>
    <w:p w14:paraId="58E92946" w14:textId="77777777" w:rsidR="009B61B7" w:rsidRPr="009B61B7" w:rsidRDefault="009B61B7" w:rsidP="009B61B7">
      <w:pPr>
        <w:pStyle w:val="Ttulo3"/>
        <w:rPr>
          <w:lang w:val="es-AR"/>
        </w:rPr>
      </w:pPr>
      <w:r>
        <w:rPr>
          <w:rFonts w:ascii="Apple Color Emoji" w:hAnsi="Apple Color Emoji" w:cs="Apple Color Emoji"/>
        </w:rPr>
        <w:t>👋</w:t>
      </w:r>
      <w:r w:rsidRPr="009B61B7">
        <w:rPr>
          <w:lang w:val="es-AR"/>
        </w:rPr>
        <w:t xml:space="preserve"> Bienvenida</w:t>
      </w:r>
    </w:p>
    <w:p w14:paraId="03E14078" w14:textId="77777777" w:rsidR="009B61B7" w:rsidRDefault="009B61B7" w:rsidP="00143CF7">
      <w:pPr>
        <w:pStyle w:val="NormalWeb"/>
        <w:jc w:val="both"/>
      </w:pPr>
      <w:r>
        <w:t xml:space="preserve">En este nivel vas a reforzar lo que ya </w:t>
      </w:r>
      <w:proofErr w:type="spellStart"/>
      <w:r>
        <w:t>sabés</w:t>
      </w:r>
      <w:proofErr w:type="spellEnd"/>
      <w:r>
        <w:t xml:space="preserve"> y expandir tu vocabulario y fluidez. Este material te va a acompañar para hablar con seguridad en tiendas, restaurantes, medios de transporte y situaciones comunes del día a día.</w:t>
      </w:r>
    </w:p>
    <w:p w14:paraId="1B0DF9EE" w14:textId="6D2D4B1B" w:rsidR="009B61B7" w:rsidRDefault="00240365" w:rsidP="009B61B7">
      <w:r>
        <w:rPr>
          <w:noProof/>
        </w:rPr>
        <w:drawing>
          <wp:anchor distT="0" distB="0" distL="114300" distR="114300" simplePos="0" relativeHeight="251658240" behindDoc="0" locked="0" layoutInCell="1" allowOverlap="1" wp14:anchorId="354C6A87" wp14:editId="03A5E4D2">
            <wp:simplePos x="0" y="0"/>
            <wp:positionH relativeFrom="column">
              <wp:posOffset>2993390</wp:posOffset>
            </wp:positionH>
            <wp:positionV relativeFrom="paragraph">
              <wp:posOffset>180340</wp:posOffset>
            </wp:positionV>
            <wp:extent cx="2466975" cy="3604260"/>
            <wp:effectExtent l="0" t="0" r="0" b="2540"/>
            <wp:wrapSquare wrapText="bothSides"/>
            <wp:docPr id="556598870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98870" name="Imagen 2" descr="Interfaz de usuario gráfica, Aplicación&#10;&#10;Descripción generada automáticamente"/>
                    <pic:cNvPicPr/>
                  </pic:nvPicPr>
                  <pic:blipFill rotWithShape="1">
                    <a:blip r:embed="rId6"/>
                    <a:srcRect l="4062" r="7291" b="1370"/>
                    <a:stretch/>
                  </pic:blipFill>
                  <pic:spPr bwMode="auto">
                    <a:xfrm>
                      <a:off x="0" y="0"/>
                      <a:ext cx="2466975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9DC62" w14:textId="0B650A47" w:rsidR="009B61B7" w:rsidRPr="00240365" w:rsidRDefault="009B61B7" w:rsidP="009B61B7">
      <w:pPr>
        <w:pStyle w:val="Ttulo2"/>
      </w:pPr>
      <w:r>
        <w:rPr>
          <w:rFonts w:ascii="Apple Color Emoji" w:hAnsi="Apple Color Emoji" w:cs="Apple Color Emoji"/>
        </w:rPr>
        <w:t>🛍️</w:t>
      </w:r>
      <w:r w:rsidRPr="00240365">
        <w:t xml:space="preserve"> </w:t>
      </w:r>
      <w:r w:rsidRPr="00240365">
        <w:t>Going shopping</w:t>
      </w:r>
    </w:p>
    <w:p w14:paraId="00C84292" w14:textId="306D539C" w:rsidR="009B61B7" w:rsidRDefault="009B61B7" w:rsidP="009B61B7">
      <w:pPr>
        <w:pStyle w:val="Ttulo3"/>
      </w:pPr>
      <w:r>
        <w:rPr>
          <w:rFonts w:ascii="Apple Color Emoji" w:hAnsi="Apple Color Emoji" w:cs="Apple Color Emoji"/>
        </w:rPr>
        <w:t>🔹</w:t>
      </w:r>
      <w:r w:rsidRPr="00240365">
        <w:t xml:space="preserve"> </w:t>
      </w:r>
      <w:r w:rsidR="00240365" w:rsidRPr="00240365">
        <w:t>Vocabulary</w:t>
      </w:r>
      <w:r w:rsidR="00240365">
        <w:t xml:space="preserve"> and expressions</w:t>
      </w:r>
      <w:r w:rsidR="00240365" w:rsidRPr="00240365">
        <w:rPr>
          <w:noProof/>
        </w:rPr>
        <w:t xml:space="preserve"> </w:t>
      </w:r>
    </w:p>
    <w:p w14:paraId="6108D034" w14:textId="53E9B8AB" w:rsidR="00240365" w:rsidRPr="00240365" w:rsidRDefault="00240365" w:rsidP="00240365"/>
    <w:p w14:paraId="1DAE798A" w14:textId="23491568" w:rsidR="009B61B7" w:rsidRPr="009B61B7" w:rsidRDefault="009B61B7" w:rsidP="009B61B7">
      <w:pPr>
        <w:pStyle w:val="NormalWeb"/>
        <w:numPr>
          <w:ilvl w:val="0"/>
          <w:numId w:val="10"/>
        </w:numPr>
        <w:rPr>
          <w:lang w:val="en-US"/>
        </w:rPr>
      </w:pPr>
      <w:r w:rsidRPr="009B61B7">
        <w:rPr>
          <w:lang w:val="en-US"/>
        </w:rPr>
        <w:t xml:space="preserve">How much is it? </w:t>
      </w:r>
    </w:p>
    <w:p w14:paraId="49796AD5" w14:textId="45C6EB02" w:rsidR="009B61B7" w:rsidRPr="009B61B7" w:rsidRDefault="009B61B7" w:rsidP="009B61B7">
      <w:pPr>
        <w:pStyle w:val="NormalWeb"/>
        <w:numPr>
          <w:ilvl w:val="0"/>
          <w:numId w:val="10"/>
        </w:numPr>
        <w:rPr>
          <w:lang w:val="en-US"/>
        </w:rPr>
      </w:pPr>
      <w:r w:rsidRPr="009B61B7">
        <w:rPr>
          <w:lang w:val="en-US"/>
        </w:rPr>
        <w:t xml:space="preserve">I’m looking for… </w:t>
      </w:r>
    </w:p>
    <w:p w14:paraId="520453EB" w14:textId="7B32765A" w:rsidR="009B61B7" w:rsidRPr="009B61B7" w:rsidRDefault="009B61B7" w:rsidP="009B61B7">
      <w:pPr>
        <w:pStyle w:val="NormalWeb"/>
        <w:numPr>
          <w:ilvl w:val="0"/>
          <w:numId w:val="10"/>
        </w:numPr>
        <w:rPr>
          <w:lang w:val="en-US"/>
        </w:rPr>
      </w:pPr>
      <w:r w:rsidRPr="009B61B7">
        <w:rPr>
          <w:lang w:val="en-US"/>
        </w:rPr>
        <w:t xml:space="preserve">Do you have this in another size? </w:t>
      </w:r>
    </w:p>
    <w:p w14:paraId="0B143B23" w14:textId="77777777" w:rsidR="009B61B7" w:rsidRPr="009B61B7" w:rsidRDefault="009B61B7" w:rsidP="009B61B7">
      <w:pPr>
        <w:pStyle w:val="NormalWeb"/>
        <w:numPr>
          <w:ilvl w:val="0"/>
          <w:numId w:val="10"/>
        </w:numPr>
        <w:rPr>
          <w:lang w:val="en-US"/>
        </w:rPr>
      </w:pPr>
      <w:r w:rsidRPr="009B61B7">
        <w:rPr>
          <w:lang w:val="en-US"/>
        </w:rPr>
        <w:t>It’s too expensive / cheap / big / small.</w:t>
      </w:r>
    </w:p>
    <w:p w14:paraId="222D5C3F" w14:textId="77777777" w:rsidR="009B61B7" w:rsidRPr="009B61B7" w:rsidRDefault="009B61B7" w:rsidP="009B61B7">
      <w:pPr>
        <w:pStyle w:val="NormalWeb"/>
        <w:numPr>
          <w:ilvl w:val="0"/>
          <w:numId w:val="10"/>
        </w:numPr>
        <w:rPr>
          <w:lang w:val="en-US"/>
        </w:rPr>
      </w:pPr>
      <w:r w:rsidRPr="009B61B7">
        <w:rPr>
          <w:lang w:val="en-US"/>
        </w:rPr>
        <w:t>I’ll take it. / I’ll think about it.</w:t>
      </w:r>
    </w:p>
    <w:p w14:paraId="4138AF02" w14:textId="05692589" w:rsidR="009B61B7" w:rsidRDefault="009B61B7" w:rsidP="009B61B7">
      <w:pPr>
        <w:pStyle w:val="Ttulo3"/>
      </w:pPr>
      <w:r>
        <w:rPr>
          <w:rFonts w:ascii="Apple Color Emoji" w:hAnsi="Apple Color Emoji" w:cs="Apple Color Emoji"/>
        </w:rPr>
        <w:t>🔸</w:t>
      </w:r>
      <w:r>
        <w:t xml:space="preserve"> </w:t>
      </w:r>
      <w:r w:rsidR="00240365">
        <w:t>Dialogue</w:t>
      </w:r>
    </w:p>
    <w:p w14:paraId="369EBC90" w14:textId="572BF8C5" w:rsidR="009B61B7" w:rsidRDefault="009B61B7" w:rsidP="009B61B7">
      <w:pPr>
        <w:pStyle w:val="NormalWeb"/>
      </w:pP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A: Hello, can I help you?</w:t>
      </w:r>
      <w:r w:rsidRPr="009B61B7">
        <w:rPr>
          <w:lang w:val="en-US"/>
        </w:rPr>
        <w:br/>
      </w: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B: Yes, I’m looking for a black jacket.</w:t>
      </w:r>
      <w:r w:rsidRPr="009B61B7">
        <w:rPr>
          <w:lang w:val="en-US"/>
        </w:rPr>
        <w:br/>
      </w: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A: What size are you?</w:t>
      </w:r>
      <w:r w:rsidRPr="009B61B7">
        <w:rPr>
          <w:lang w:val="en-US"/>
        </w:rPr>
        <w:br/>
      </w: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B: Medium.</w:t>
      </w:r>
      <w:r w:rsidRPr="009B61B7">
        <w:rPr>
          <w:lang w:val="en-US"/>
        </w:rPr>
        <w:br/>
      </w: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A: Try this one.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sale.</w:t>
      </w:r>
    </w:p>
    <w:p w14:paraId="02B4BC2E" w14:textId="67250A2D" w:rsidR="009B61B7" w:rsidRDefault="00143CF7" w:rsidP="00143CF7">
      <w:pPr>
        <w:jc w:val="center"/>
      </w:pPr>
      <w:r>
        <w:fldChar w:fldCharType="begin"/>
      </w:r>
      <w:r>
        <w:instrText xml:space="preserve"> INCLUDEPICTURE "https://www.thoughtco.com/thmb/9jdPkgGzNxpL6jJN99gYFcyJyDE=/1500x0/filters:no_upscale():max_bytes(150000):strip_icc()/beginner-dialogues-in-a-shop-1210040_FINAL2-e239be326aa64734a0a0f535354febd5.png"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AF9EE58" wp14:editId="29E856A5">
            <wp:extent cx="2841364" cy="1894901"/>
            <wp:effectExtent l="0" t="0" r="3810" b="0"/>
            <wp:docPr id="1926999358" name="Imagen 4" descr="Shopping in English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hopping in English Vocabul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52" cy="19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AA3D859" w14:textId="351DAFE9" w:rsidR="009B61B7" w:rsidRPr="00240365" w:rsidRDefault="009B61B7" w:rsidP="009B61B7">
      <w:pPr>
        <w:pStyle w:val="Ttulo2"/>
      </w:pPr>
      <w:r>
        <w:rPr>
          <w:rFonts w:ascii="Apple Color Emoji" w:hAnsi="Apple Color Emoji" w:cs="Apple Color Emoji"/>
        </w:rPr>
        <w:lastRenderedPageBreak/>
        <w:t>🍝</w:t>
      </w:r>
      <w:r w:rsidRPr="00240365">
        <w:t xml:space="preserve"> </w:t>
      </w:r>
      <w:r w:rsidR="00240365" w:rsidRPr="00240365">
        <w:t>At the restau</w:t>
      </w:r>
      <w:r w:rsidR="00240365">
        <w:t>r</w:t>
      </w:r>
      <w:r w:rsidR="00240365" w:rsidRPr="00240365">
        <w:t>ant</w:t>
      </w:r>
      <w:r w:rsidR="00143CF7" w:rsidRPr="00143CF7">
        <w:t xml:space="preserve"> </w:t>
      </w:r>
      <w:r w:rsidR="00143CF7">
        <w:fldChar w:fldCharType="begin"/>
      </w:r>
      <w:r w:rsidR="00143CF7">
        <w:instrText xml:space="preserve"> INCLUDEPICTURE "https://wat4english.com/wp-content/uploads/2022/07/image-11.png" \* MERGEFORMATINET </w:instrText>
      </w:r>
      <w:r w:rsidR="00143CF7">
        <w:fldChar w:fldCharType="separate"/>
      </w:r>
      <w:r w:rsidR="00143CF7">
        <w:fldChar w:fldCharType="end"/>
      </w:r>
    </w:p>
    <w:p w14:paraId="2AAFAB8C" w14:textId="46263A5A" w:rsidR="009B61B7" w:rsidRPr="00240365" w:rsidRDefault="009B61B7" w:rsidP="009B61B7">
      <w:pPr>
        <w:pStyle w:val="Ttulo3"/>
      </w:pPr>
      <w:r>
        <w:rPr>
          <w:rFonts w:ascii="Apple Color Emoji" w:hAnsi="Apple Color Emoji" w:cs="Apple Color Emoji"/>
        </w:rPr>
        <w:t>🔹</w:t>
      </w:r>
      <w:r w:rsidRPr="00240365">
        <w:t xml:space="preserve"> </w:t>
      </w:r>
      <w:r w:rsidR="00240365">
        <w:t>Vocabulary and expressions</w:t>
      </w:r>
    </w:p>
    <w:p w14:paraId="3054E2D7" w14:textId="2CE55F7C" w:rsidR="009B61B7" w:rsidRPr="009B61B7" w:rsidRDefault="009B61B7" w:rsidP="009B61B7">
      <w:pPr>
        <w:pStyle w:val="NormalWeb"/>
        <w:numPr>
          <w:ilvl w:val="0"/>
          <w:numId w:val="11"/>
        </w:numPr>
        <w:rPr>
          <w:lang w:val="en-US"/>
        </w:rPr>
      </w:pPr>
      <w:r w:rsidRPr="009B61B7">
        <w:rPr>
          <w:lang w:val="en-US"/>
        </w:rPr>
        <w:t>I’d like… / Can I have…?</w:t>
      </w:r>
    </w:p>
    <w:p w14:paraId="438F28CC" w14:textId="07700F06" w:rsidR="009B61B7" w:rsidRDefault="009B61B7" w:rsidP="009B61B7">
      <w:pPr>
        <w:pStyle w:val="NormalWeb"/>
        <w:numPr>
          <w:ilvl w:val="0"/>
          <w:numId w:val="11"/>
        </w:numPr>
      </w:pPr>
      <w:proofErr w:type="spellStart"/>
      <w:r>
        <w:t>What’s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today</w:t>
      </w:r>
      <w:proofErr w:type="spellEnd"/>
      <w:r>
        <w:t>?</w:t>
      </w:r>
    </w:p>
    <w:p w14:paraId="661CFA04" w14:textId="77777777" w:rsidR="009B61B7" w:rsidRDefault="009B61B7" w:rsidP="009B61B7">
      <w:pPr>
        <w:pStyle w:val="NormalWeb"/>
        <w:numPr>
          <w:ilvl w:val="0"/>
          <w:numId w:val="11"/>
        </w:numPr>
      </w:pPr>
      <w:proofErr w:type="spellStart"/>
      <w:r>
        <w:t>I’m</w:t>
      </w:r>
      <w:proofErr w:type="spellEnd"/>
      <w:r>
        <w:t xml:space="preserve"> </w:t>
      </w:r>
      <w:proofErr w:type="spellStart"/>
      <w:r>
        <w:t>allergic</w:t>
      </w:r>
      <w:proofErr w:type="spellEnd"/>
      <w:r>
        <w:t xml:space="preserve"> to…</w:t>
      </w:r>
    </w:p>
    <w:p w14:paraId="00B0587A" w14:textId="69B80E50" w:rsidR="009B61B7" w:rsidRPr="00143CF7" w:rsidRDefault="009B61B7" w:rsidP="009B61B7">
      <w:pPr>
        <w:pStyle w:val="NormalWeb"/>
        <w:numPr>
          <w:ilvl w:val="0"/>
          <w:numId w:val="11"/>
        </w:numPr>
        <w:rPr>
          <w:lang w:val="en-US"/>
        </w:rPr>
      </w:pPr>
      <w:r w:rsidRPr="009B61B7">
        <w:rPr>
          <w:lang w:val="en-US"/>
        </w:rPr>
        <w:t xml:space="preserve">Could we see the </w:t>
      </w:r>
      <w:r w:rsidRPr="00143CF7">
        <w:rPr>
          <w:lang w:val="en-US"/>
        </w:rPr>
        <w:t>menu, please?</w:t>
      </w:r>
    </w:p>
    <w:p w14:paraId="083EFED0" w14:textId="58E5A794" w:rsidR="009B61B7" w:rsidRPr="009B61B7" w:rsidRDefault="009B61B7" w:rsidP="009B61B7">
      <w:pPr>
        <w:pStyle w:val="NormalWeb"/>
        <w:numPr>
          <w:ilvl w:val="0"/>
          <w:numId w:val="11"/>
        </w:numPr>
        <w:rPr>
          <w:lang w:val="en-US"/>
        </w:rPr>
      </w:pPr>
      <w:r w:rsidRPr="009B61B7">
        <w:rPr>
          <w:lang w:val="en-US"/>
        </w:rPr>
        <w:t xml:space="preserve">The bill, please. </w:t>
      </w:r>
    </w:p>
    <w:p w14:paraId="11F7C1EE" w14:textId="7D5ACF13" w:rsidR="00143CF7" w:rsidRDefault="00143CF7" w:rsidP="009B61B7">
      <w:pPr>
        <w:pStyle w:val="Ttulo3"/>
        <w:rPr>
          <w:rFonts w:ascii="Apple Color Emoji" w:hAnsi="Apple Color Emoji" w:cs="Apple Color Emoj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334B8E" wp14:editId="408404FF">
            <wp:simplePos x="0" y="0"/>
            <wp:positionH relativeFrom="column">
              <wp:posOffset>396875</wp:posOffset>
            </wp:positionH>
            <wp:positionV relativeFrom="paragraph">
              <wp:posOffset>103406</wp:posOffset>
            </wp:positionV>
            <wp:extent cx="4750435" cy="3481070"/>
            <wp:effectExtent l="0" t="0" r="0" b="0"/>
            <wp:wrapSquare wrapText="bothSides"/>
            <wp:docPr id="1549938726" name="Imagen 3" descr="English vocabulary: Restaurant – Wat4Englis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nglish vocabulary: Restaurant – Wat4English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4CD27" w14:textId="77777777" w:rsidR="00143CF7" w:rsidRDefault="00143CF7" w:rsidP="009B61B7">
      <w:pPr>
        <w:pStyle w:val="Ttulo3"/>
        <w:rPr>
          <w:rFonts w:ascii="Apple Color Emoji" w:hAnsi="Apple Color Emoji" w:cs="Apple Color Emoji"/>
        </w:rPr>
      </w:pPr>
    </w:p>
    <w:p w14:paraId="2BD757C8" w14:textId="77777777" w:rsidR="00143CF7" w:rsidRDefault="00143CF7" w:rsidP="009B61B7">
      <w:pPr>
        <w:pStyle w:val="Ttulo3"/>
        <w:rPr>
          <w:rFonts w:ascii="Apple Color Emoji" w:hAnsi="Apple Color Emoji" w:cs="Apple Color Emoji"/>
        </w:rPr>
      </w:pPr>
    </w:p>
    <w:p w14:paraId="2498B947" w14:textId="77777777" w:rsidR="00143CF7" w:rsidRDefault="00143CF7" w:rsidP="009B61B7">
      <w:pPr>
        <w:pStyle w:val="Ttulo3"/>
        <w:rPr>
          <w:rFonts w:ascii="Apple Color Emoji" w:hAnsi="Apple Color Emoji" w:cs="Apple Color Emoji"/>
        </w:rPr>
      </w:pPr>
    </w:p>
    <w:p w14:paraId="6F0AECF1" w14:textId="77777777" w:rsidR="00143CF7" w:rsidRDefault="00143CF7" w:rsidP="009B61B7">
      <w:pPr>
        <w:pStyle w:val="Ttulo3"/>
        <w:rPr>
          <w:rFonts w:ascii="Apple Color Emoji" w:hAnsi="Apple Color Emoji" w:cs="Apple Color Emoji"/>
        </w:rPr>
      </w:pPr>
    </w:p>
    <w:p w14:paraId="15A68656" w14:textId="77777777" w:rsidR="00143CF7" w:rsidRDefault="00143CF7" w:rsidP="009B61B7">
      <w:pPr>
        <w:pStyle w:val="Ttulo3"/>
        <w:rPr>
          <w:rFonts w:ascii="Apple Color Emoji" w:hAnsi="Apple Color Emoji" w:cs="Apple Color Emoji"/>
        </w:rPr>
      </w:pPr>
    </w:p>
    <w:p w14:paraId="29F4FD90" w14:textId="77777777" w:rsidR="00143CF7" w:rsidRDefault="00143CF7" w:rsidP="009B61B7">
      <w:pPr>
        <w:pStyle w:val="Ttulo3"/>
        <w:rPr>
          <w:rFonts w:ascii="Apple Color Emoji" w:hAnsi="Apple Color Emoji" w:cs="Apple Color Emoji"/>
        </w:rPr>
      </w:pPr>
    </w:p>
    <w:p w14:paraId="21521B4A" w14:textId="77777777" w:rsidR="00143CF7" w:rsidRDefault="00143CF7" w:rsidP="009B61B7">
      <w:pPr>
        <w:pStyle w:val="Ttulo3"/>
        <w:rPr>
          <w:rFonts w:ascii="Apple Color Emoji" w:hAnsi="Apple Color Emoji" w:cs="Apple Color Emoji"/>
        </w:rPr>
      </w:pPr>
    </w:p>
    <w:p w14:paraId="38156BDE" w14:textId="77777777" w:rsidR="00143CF7" w:rsidRDefault="00143CF7" w:rsidP="009B61B7">
      <w:pPr>
        <w:pStyle w:val="Ttulo3"/>
        <w:rPr>
          <w:rFonts w:ascii="Apple Color Emoji" w:hAnsi="Apple Color Emoji" w:cs="Apple Color Emoji"/>
        </w:rPr>
      </w:pPr>
    </w:p>
    <w:p w14:paraId="7D53220D" w14:textId="77777777" w:rsidR="00143CF7" w:rsidRDefault="00143CF7" w:rsidP="009B61B7">
      <w:pPr>
        <w:pStyle w:val="Ttulo3"/>
        <w:rPr>
          <w:rFonts w:ascii="Apple Color Emoji" w:hAnsi="Apple Color Emoji" w:cs="Apple Color Emoji"/>
        </w:rPr>
      </w:pPr>
    </w:p>
    <w:p w14:paraId="1FC68BBE" w14:textId="77777777" w:rsidR="00143CF7" w:rsidRDefault="00143CF7" w:rsidP="009B61B7">
      <w:pPr>
        <w:pStyle w:val="Ttulo3"/>
        <w:rPr>
          <w:rFonts w:ascii="Apple Color Emoji" w:hAnsi="Apple Color Emoji" w:cs="Apple Color Emoji"/>
        </w:rPr>
      </w:pPr>
    </w:p>
    <w:p w14:paraId="3111662D" w14:textId="77777777" w:rsidR="00143CF7" w:rsidRDefault="00143CF7" w:rsidP="009B61B7">
      <w:pPr>
        <w:pStyle w:val="Ttulo3"/>
        <w:rPr>
          <w:rFonts w:ascii="Apple Color Emoji" w:hAnsi="Apple Color Emoji" w:cs="Apple Color Emoji"/>
        </w:rPr>
      </w:pPr>
    </w:p>
    <w:p w14:paraId="73C237C5" w14:textId="1FC704D7" w:rsidR="009B61B7" w:rsidRDefault="009B61B7" w:rsidP="009B61B7">
      <w:pPr>
        <w:pStyle w:val="Ttulo3"/>
      </w:pPr>
      <w:r>
        <w:rPr>
          <w:rFonts w:ascii="Apple Color Emoji" w:hAnsi="Apple Color Emoji" w:cs="Apple Color Emoji"/>
        </w:rPr>
        <w:t>🔸</w:t>
      </w:r>
      <w:r>
        <w:t xml:space="preserve"> </w:t>
      </w:r>
      <w:r w:rsidR="00240365">
        <w:t>Dialogue</w:t>
      </w:r>
    </w:p>
    <w:p w14:paraId="328332CD" w14:textId="6FAA37CA" w:rsidR="00240365" w:rsidRPr="00240365" w:rsidRDefault="00240365" w:rsidP="00240365">
      <w:pPr>
        <w:pStyle w:val="NormalWeb"/>
        <w:ind w:left="360"/>
        <w:rPr>
          <w:lang w:val="en-US"/>
        </w:rPr>
      </w:pP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A: Hello, </w:t>
      </w:r>
      <w:r>
        <w:rPr>
          <w:lang w:val="en-US"/>
        </w:rPr>
        <w:t>are you ready to order</w:t>
      </w:r>
      <w:r w:rsidRPr="009B61B7">
        <w:rPr>
          <w:lang w:val="en-US"/>
        </w:rPr>
        <w:t>?</w:t>
      </w:r>
      <w:r w:rsidRPr="009B61B7">
        <w:rPr>
          <w:lang w:val="en-US"/>
        </w:rPr>
        <w:br/>
      </w: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B: Yes, I’ll have the chicken and rice.</w:t>
      </w:r>
      <w:r w:rsidRPr="009B61B7">
        <w:rPr>
          <w:lang w:val="en-US"/>
        </w:rPr>
        <w:br/>
      </w: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A: </w:t>
      </w:r>
      <w:r>
        <w:rPr>
          <w:lang w:val="en-US"/>
        </w:rPr>
        <w:t>Anything to drink</w:t>
      </w:r>
      <w:r w:rsidRPr="009B61B7">
        <w:rPr>
          <w:lang w:val="en-US"/>
        </w:rPr>
        <w:t>?</w:t>
      </w:r>
      <w:r w:rsidRPr="009B61B7">
        <w:rPr>
          <w:lang w:val="en-US"/>
        </w:rPr>
        <w:br/>
      </w: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B: </w:t>
      </w:r>
      <w:r>
        <w:rPr>
          <w:lang w:val="en-US"/>
        </w:rPr>
        <w:t>Hmm, just water, thank you</w:t>
      </w:r>
      <w:r w:rsidRPr="009B61B7">
        <w:rPr>
          <w:lang w:val="en-US"/>
        </w:rPr>
        <w:t>.</w:t>
      </w:r>
      <w:r w:rsidRPr="009B61B7">
        <w:rPr>
          <w:lang w:val="en-US"/>
        </w:rPr>
        <w:br/>
      </w:r>
    </w:p>
    <w:p w14:paraId="3F76100D" w14:textId="58137850" w:rsidR="009B61B7" w:rsidRDefault="009B61B7" w:rsidP="009B61B7"/>
    <w:p w14:paraId="2F52A302" w14:textId="25B65322" w:rsidR="009B61B7" w:rsidRPr="00143CF7" w:rsidRDefault="00143CF7" w:rsidP="009B61B7">
      <w:pPr>
        <w:pStyle w:val="Ttulo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99EF58" wp14:editId="527FF756">
            <wp:simplePos x="0" y="0"/>
            <wp:positionH relativeFrom="column">
              <wp:posOffset>3059308</wp:posOffset>
            </wp:positionH>
            <wp:positionV relativeFrom="paragraph">
              <wp:posOffset>82068</wp:posOffset>
            </wp:positionV>
            <wp:extent cx="2204085" cy="2085340"/>
            <wp:effectExtent l="0" t="0" r="5715" b="0"/>
            <wp:wrapSquare wrapText="bothSides"/>
            <wp:docPr id="428903295" name="Imagen 5" descr="Transport – B1 English Vocabulary - Test-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ansport – B1 English Vocabulary - Test-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t="1420" r="1696" b="5843"/>
                    <a:stretch/>
                  </pic:blipFill>
                  <pic:spPr bwMode="auto">
                    <a:xfrm>
                      <a:off x="0" y="0"/>
                      <a:ext cx="220408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1B7">
        <w:rPr>
          <w:rFonts w:ascii="Apple Color Emoji" w:hAnsi="Apple Color Emoji" w:cs="Apple Color Emoji"/>
        </w:rPr>
        <w:t>🚆</w:t>
      </w:r>
      <w:r w:rsidR="009B61B7" w:rsidRPr="00143CF7">
        <w:t xml:space="preserve"> </w:t>
      </w:r>
      <w:r w:rsidRPr="00143CF7">
        <w:t xml:space="preserve">Transport and </w:t>
      </w:r>
      <w:r>
        <w:t>directions</w:t>
      </w:r>
    </w:p>
    <w:p w14:paraId="104446DE" w14:textId="1B04E448" w:rsidR="009B61B7" w:rsidRPr="00143CF7" w:rsidRDefault="009B61B7" w:rsidP="009B61B7">
      <w:pPr>
        <w:pStyle w:val="Ttulo3"/>
      </w:pPr>
      <w:r>
        <w:rPr>
          <w:rFonts w:ascii="Apple Color Emoji" w:hAnsi="Apple Color Emoji" w:cs="Apple Color Emoji"/>
        </w:rPr>
        <w:t>🔹</w:t>
      </w:r>
      <w:r w:rsidRPr="00143CF7">
        <w:t xml:space="preserve"> Vocabular</w:t>
      </w:r>
      <w:r w:rsidR="00143CF7">
        <w:t>y and expressions</w:t>
      </w:r>
      <w:r w:rsidR="00143CF7" w:rsidRPr="00143CF7">
        <w:t xml:space="preserve"> </w:t>
      </w:r>
      <w:r w:rsidR="00143CF7">
        <w:fldChar w:fldCharType="begin"/>
      </w:r>
      <w:r w:rsidR="00143CF7">
        <w:instrText xml:space="preserve"> INCLUDEPICTURE "https://test-english.com/staging11/wp-content/uploads/Transport-vehicles_B1-vocabulary-chart.webp" \* MERGEFORMATINET </w:instrText>
      </w:r>
      <w:r w:rsidR="00143CF7">
        <w:fldChar w:fldCharType="separate"/>
      </w:r>
      <w:r w:rsidR="00143CF7">
        <w:fldChar w:fldCharType="end"/>
      </w:r>
    </w:p>
    <w:p w14:paraId="265F5C89" w14:textId="77777777" w:rsidR="009B61B7" w:rsidRPr="009B61B7" w:rsidRDefault="009B61B7" w:rsidP="009B61B7">
      <w:pPr>
        <w:pStyle w:val="NormalWeb"/>
        <w:numPr>
          <w:ilvl w:val="0"/>
          <w:numId w:val="13"/>
        </w:numPr>
        <w:rPr>
          <w:lang w:val="en-US"/>
        </w:rPr>
      </w:pPr>
      <w:r w:rsidRPr="009B61B7">
        <w:rPr>
          <w:lang w:val="en-US"/>
        </w:rPr>
        <w:t>Where is the nearest station?</w:t>
      </w:r>
    </w:p>
    <w:p w14:paraId="336DBBDA" w14:textId="77777777" w:rsidR="009B61B7" w:rsidRPr="009B61B7" w:rsidRDefault="009B61B7" w:rsidP="009B61B7">
      <w:pPr>
        <w:pStyle w:val="NormalWeb"/>
        <w:numPr>
          <w:ilvl w:val="0"/>
          <w:numId w:val="13"/>
        </w:numPr>
        <w:rPr>
          <w:lang w:val="en-US"/>
        </w:rPr>
      </w:pPr>
      <w:r w:rsidRPr="009B61B7">
        <w:rPr>
          <w:lang w:val="en-US"/>
        </w:rPr>
        <w:t>I’m going to the airport.</w:t>
      </w:r>
    </w:p>
    <w:p w14:paraId="13CC69FF" w14:textId="77777777" w:rsidR="009B61B7" w:rsidRPr="009B61B7" w:rsidRDefault="009B61B7" w:rsidP="009B61B7">
      <w:pPr>
        <w:pStyle w:val="NormalWeb"/>
        <w:numPr>
          <w:ilvl w:val="0"/>
          <w:numId w:val="13"/>
        </w:numPr>
        <w:rPr>
          <w:lang w:val="en-US"/>
        </w:rPr>
      </w:pPr>
      <w:r w:rsidRPr="009B61B7">
        <w:rPr>
          <w:lang w:val="en-US"/>
        </w:rPr>
        <w:t>How much is a ticket to…?</w:t>
      </w:r>
    </w:p>
    <w:p w14:paraId="240B2046" w14:textId="77777777" w:rsidR="009B61B7" w:rsidRDefault="009B61B7" w:rsidP="009B61B7">
      <w:pPr>
        <w:pStyle w:val="NormalWeb"/>
        <w:numPr>
          <w:ilvl w:val="0"/>
          <w:numId w:val="13"/>
        </w:numPr>
      </w:pPr>
      <w:proofErr w:type="spellStart"/>
      <w:r>
        <w:t>Take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bus / metro / </w:t>
      </w:r>
      <w:proofErr w:type="spellStart"/>
      <w:r>
        <w:t>train</w:t>
      </w:r>
      <w:proofErr w:type="spellEnd"/>
    </w:p>
    <w:p w14:paraId="59E1DF97" w14:textId="77777777" w:rsidR="009B61B7" w:rsidRDefault="009B61B7" w:rsidP="009B61B7">
      <w:pPr>
        <w:pStyle w:val="NormalWeb"/>
        <w:numPr>
          <w:ilvl w:val="0"/>
          <w:numId w:val="13"/>
        </w:numPr>
        <w:rPr>
          <w:lang w:val="en-US"/>
        </w:rPr>
      </w:pPr>
      <w:r w:rsidRPr="009B61B7">
        <w:rPr>
          <w:lang w:val="en-US"/>
        </w:rPr>
        <w:t>Get off at the second stop.</w:t>
      </w:r>
    </w:p>
    <w:p w14:paraId="665042F1" w14:textId="77777777" w:rsidR="00143CF7" w:rsidRPr="009B61B7" w:rsidRDefault="00143CF7" w:rsidP="00143CF7">
      <w:pPr>
        <w:pStyle w:val="NormalWeb"/>
        <w:ind w:left="360"/>
        <w:rPr>
          <w:lang w:val="en-US"/>
        </w:rPr>
      </w:pPr>
    </w:p>
    <w:p w14:paraId="494B8C9B" w14:textId="183BC3AF" w:rsidR="009B61B7" w:rsidRDefault="00143CF7" w:rsidP="009B61B7">
      <w:pPr>
        <w:pStyle w:val="Ttulo3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A87F58" wp14:editId="09EB6D4F">
            <wp:simplePos x="0" y="0"/>
            <wp:positionH relativeFrom="column">
              <wp:posOffset>3059430</wp:posOffset>
            </wp:positionH>
            <wp:positionV relativeFrom="paragraph">
              <wp:posOffset>114300</wp:posOffset>
            </wp:positionV>
            <wp:extent cx="2254885" cy="2042795"/>
            <wp:effectExtent l="0" t="0" r="5715" b="1905"/>
            <wp:wrapSquare wrapText="bothSides"/>
            <wp:docPr id="490276341" name="Imagen 6" descr="Asking for and giving directions i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king for and giving directions in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80"/>
                    <a:stretch/>
                  </pic:blipFill>
                  <pic:spPr bwMode="auto">
                    <a:xfrm>
                      <a:off x="0" y="0"/>
                      <a:ext cx="225488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1B7">
        <w:rPr>
          <w:rFonts w:ascii="Apple Color Emoji" w:hAnsi="Apple Color Emoji" w:cs="Apple Color Emoji"/>
        </w:rPr>
        <w:t>🔸</w:t>
      </w:r>
      <w:r w:rsidR="009B61B7">
        <w:t xml:space="preserve"> </w:t>
      </w:r>
      <w:r>
        <w:t>Dialogue</w:t>
      </w:r>
    </w:p>
    <w:p w14:paraId="725DED99" w14:textId="410EEBE5" w:rsidR="009B61B7" w:rsidRPr="009B61B7" w:rsidRDefault="009B61B7" w:rsidP="009B61B7">
      <w:pPr>
        <w:pStyle w:val="NormalWeb"/>
        <w:rPr>
          <w:lang w:val="en-US"/>
        </w:rPr>
      </w:pP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A: Excuse me, how can I get to the museum?</w:t>
      </w:r>
      <w:r w:rsidRPr="009B61B7">
        <w:rPr>
          <w:lang w:val="en-US"/>
        </w:rPr>
        <w:br/>
      </w: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B: Take bus number 10 and get off at main square.</w:t>
      </w:r>
      <w:r w:rsidR="00143CF7" w:rsidRPr="00143CF7">
        <w:rPr>
          <w:lang w:val="en-US"/>
        </w:rPr>
        <w:t xml:space="preserve"> </w:t>
      </w:r>
      <w:r w:rsidR="00143CF7">
        <w:fldChar w:fldCharType="begin"/>
      </w:r>
      <w:r w:rsidR="00143CF7" w:rsidRPr="00143CF7">
        <w:rPr>
          <w:lang w:val="en-US"/>
        </w:rPr>
        <w:instrText xml:space="preserve"> INCLUDEPICTURE "https://blogger.googleusercontent.com/img/b/R29vZ2xl/AVvXsEgh9xMwWkyT8YDGawZsWo6VRRXOQYtODfSPLbnnlTMTsk9HfDxvT-j1jb9r_2KefC5FVdx6DWS2a0EuAJ9G9LLpNjP_vEaAk1zjz9UdgRXSTLgdq0jY1HUIoKY-3ebahsoVW-KhMA8aC5oiXuL5ho-60NyuMRGX9hKC-ekWCvL5Yn7t4h_4pIfJm84OhU0/s1100/Giving%20directions.jpg" \* MERGEFORMATINET </w:instrText>
      </w:r>
      <w:r w:rsidR="00143CF7">
        <w:fldChar w:fldCharType="separate"/>
      </w:r>
      <w:r w:rsidR="00143CF7">
        <w:fldChar w:fldCharType="end"/>
      </w:r>
      <w:r w:rsidRPr="009B61B7">
        <w:rPr>
          <w:lang w:val="en-US"/>
        </w:rPr>
        <w:br/>
      </w: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A: Thank you very much!</w:t>
      </w:r>
      <w:r w:rsidRPr="009B61B7">
        <w:rPr>
          <w:lang w:val="en-US"/>
        </w:rPr>
        <w:br/>
      </w:r>
      <w:r>
        <w:rPr>
          <w:rFonts w:ascii="Apple Color Emoji" w:hAnsi="Apple Color Emoji" w:cs="Apple Color Emoji"/>
        </w:rPr>
        <w:t>👤</w:t>
      </w:r>
      <w:r w:rsidRPr="009B61B7">
        <w:rPr>
          <w:lang w:val="en-US"/>
        </w:rPr>
        <w:t xml:space="preserve"> B: You’re welcome!</w:t>
      </w:r>
    </w:p>
    <w:p w14:paraId="1870F7E0" w14:textId="5EA002EF" w:rsidR="009B61B7" w:rsidRDefault="009B61B7" w:rsidP="009B61B7"/>
    <w:p w14:paraId="660CACCF" w14:textId="77777777" w:rsidR="00143CF7" w:rsidRDefault="00143CF7" w:rsidP="009B61B7">
      <w:pPr>
        <w:pStyle w:val="Ttulo2"/>
        <w:rPr>
          <w:rFonts w:ascii="Apple Color Emoji" w:hAnsi="Apple Color Emoji" w:cs="Apple Color Emoji"/>
        </w:rPr>
      </w:pPr>
    </w:p>
    <w:p w14:paraId="40E2186D" w14:textId="0513243E" w:rsidR="009B61B7" w:rsidRPr="00143CF7" w:rsidRDefault="009B61B7" w:rsidP="009B61B7">
      <w:pPr>
        <w:pStyle w:val="Ttulo2"/>
      </w:pPr>
      <w:r>
        <w:rPr>
          <w:rFonts w:ascii="Apple Color Emoji" w:hAnsi="Apple Color Emoji" w:cs="Apple Color Emoji"/>
        </w:rPr>
        <w:t>🧩</w:t>
      </w:r>
      <w:r w:rsidRPr="00143CF7">
        <w:t xml:space="preserve"> </w:t>
      </w:r>
      <w:r w:rsidR="00BE6C17" w:rsidRPr="00143CF7">
        <w:t>Everyday</w:t>
      </w:r>
      <w:r w:rsidR="00143CF7" w:rsidRPr="00143CF7">
        <w:t xml:space="preserve"> expressions</w:t>
      </w:r>
      <w:r w:rsidR="00143CF7">
        <w:t>!</w:t>
      </w:r>
    </w:p>
    <w:p w14:paraId="11080D2E" w14:textId="77777777" w:rsidR="009B61B7" w:rsidRPr="009B61B7" w:rsidRDefault="009B61B7" w:rsidP="009B61B7">
      <w:pPr>
        <w:pStyle w:val="NormalWeb"/>
        <w:numPr>
          <w:ilvl w:val="0"/>
          <w:numId w:val="14"/>
        </w:numPr>
        <w:rPr>
          <w:lang w:val="en-US"/>
        </w:rPr>
      </w:pPr>
      <w:r w:rsidRPr="009B61B7">
        <w:rPr>
          <w:lang w:val="en-US"/>
        </w:rPr>
        <w:t>I’m not sure. / I think so.</w:t>
      </w:r>
    </w:p>
    <w:p w14:paraId="7CEE4D5D" w14:textId="77777777" w:rsidR="009B61B7" w:rsidRDefault="009B61B7" w:rsidP="009B61B7">
      <w:pPr>
        <w:pStyle w:val="NormalWeb"/>
        <w:numPr>
          <w:ilvl w:val="0"/>
          <w:numId w:val="14"/>
        </w:numPr>
      </w:pPr>
      <w:proofErr w:type="spellStart"/>
      <w:r>
        <w:t>Maybe</w:t>
      </w:r>
      <w:proofErr w:type="spellEnd"/>
      <w:r>
        <w:t xml:space="preserve"> </w:t>
      </w:r>
      <w:proofErr w:type="spellStart"/>
      <w:r>
        <w:t>later</w:t>
      </w:r>
      <w:proofErr w:type="spellEnd"/>
      <w:r>
        <w:t xml:space="preserve">. / </w:t>
      </w:r>
      <w:proofErr w:type="spellStart"/>
      <w:r>
        <w:t>It</w:t>
      </w:r>
      <w:proofErr w:type="spellEnd"/>
      <w:r>
        <w:t xml:space="preserve"> </w:t>
      </w:r>
      <w:proofErr w:type="spellStart"/>
      <w:r>
        <w:t>depends</w:t>
      </w:r>
      <w:proofErr w:type="spellEnd"/>
      <w:r>
        <w:t>.</w:t>
      </w:r>
    </w:p>
    <w:p w14:paraId="5D1AD6B4" w14:textId="77777777" w:rsidR="009B61B7" w:rsidRDefault="009B61B7" w:rsidP="009B61B7">
      <w:pPr>
        <w:pStyle w:val="NormalWeb"/>
        <w:numPr>
          <w:ilvl w:val="0"/>
          <w:numId w:val="14"/>
        </w:numPr>
      </w:pPr>
      <w:proofErr w:type="spellStart"/>
      <w:r>
        <w:t>I’m</w:t>
      </w:r>
      <w:proofErr w:type="spellEnd"/>
      <w:r>
        <w:t xml:space="preserve"> in a </w:t>
      </w:r>
      <w:proofErr w:type="spellStart"/>
      <w:r>
        <w:t>hurry</w:t>
      </w:r>
      <w:proofErr w:type="spellEnd"/>
      <w:r>
        <w:t>.</w:t>
      </w:r>
    </w:p>
    <w:p w14:paraId="69ABA336" w14:textId="77777777" w:rsidR="009B61B7" w:rsidRPr="009B61B7" w:rsidRDefault="009B61B7" w:rsidP="009B61B7">
      <w:pPr>
        <w:pStyle w:val="NormalWeb"/>
        <w:numPr>
          <w:ilvl w:val="0"/>
          <w:numId w:val="14"/>
        </w:numPr>
        <w:rPr>
          <w:lang w:val="en-US"/>
        </w:rPr>
      </w:pPr>
      <w:r w:rsidRPr="009B61B7">
        <w:rPr>
          <w:lang w:val="en-US"/>
        </w:rPr>
        <w:t>Don’t worry. / Take your time.</w:t>
      </w:r>
    </w:p>
    <w:p w14:paraId="78A13710" w14:textId="77777777" w:rsidR="009B61B7" w:rsidRPr="009B61B7" w:rsidRDefault="009B61B7" w:rsidP="009B61B7">
      <w:pPr>
        <w:pStyle w:val="NormalWeb"/>
        <w:numPr>
          <w:ilvl w:val="0"/>
          <w:numId w:val="14"/>
        </w:numPr>
        <w:rPr>
          <w:lang w:val="en-US"/>
        </w:rPr>
      </w:pPr>
      <w:r w:rsidRPr="009B61B7">
        <w:rPr>
          <w:lang w:val="en-US"/>
        </w:rPr>
        <w:t>I’ll let you know. / Sounds good.</w:t>
      </w:r>
    </w:p>
    <w:p w14:paraId="5BCA68F5" w14:textId="77777777" w:rsidR="009B61B7" w:rsidRDefault="00936C20" w:rsidP="009B61B7">
      <w:r>
        <w:rPr>
          <w:noProof/>
        </w:rPr>
        <w:pict w14:anchorId="30702AC3">
          <v:rect id="_x0000_i1026" alt="" style="width:432.2pt;height:.05pt;mso-width-percent:0;mso-height-percent:0;mso-width-percent:0;mso-height-percent:0" o:hrpct="978" o:hralign="center" o:hrstd="t" o:hr="t" fillcolor="#a0a0a0" stroked="f"/>
        </w:pict>
      </w:r>
    </w:p>
    <w:p w14:paraId="7F295A7D" w14:textId="16A722A7" w:rsidR="009B61B7" w:rsidRPr="009B61B7" w:rsidRDefault="009B61B7" w:rsidP="009B61B7">
      <w:pPr>
        <w:pStyle w:val="Ttulo2"/>
        <w:rPr>
          <w:lang w:val="es-AR"/>
        </w:rPr>
      </w:pPr>
      <w:r>
        <w:rPr>
          <w:rFonts w:ascii="Apple Color Emoji" w:hAnsi="Apple Color Emoji" w:cs="Apple Color Emoji"/>
        </w:rPr>
        <w:t>🎧</w:t>
      </w:r>
      <w:r w:rsidRPr="009B61B7">
        <w:rPr>
          <w:lang w:val="es-AR"/>
        </w:rPr>
        <w:t xml:space="preserve"> </w:t>
      </w:r>
      <w:r w:rsidR="00143CF7">
        <w:rPr>
          <w:lang w:val="es-AR"/>
        </w:rPr>
        <w:t>Interactive Exercises</w:t>
      </w:r>
    </w:p>
    <w:p w14:paraId="7081654B" w14:textId="1C460139" w:rsidR="009B61B7" w:rsidRDefault="009B61B7" w:rsidP="009B61B7">
      <w:pPr>
        <w:pStyle w:val="NormalWeb"/>
      </w:pPr>
      <w:r>
        <w:rPr>
          <w:rFonts w:ascii="Apple Color Emoji" w:hAnsi="Apple Color Emoji" w:cs="Apple Color Emoji"/>
        </w:rPr>
        <w:t>➡️</w:t>
      </w:r>
      <w:r>
        <w:t xml:space="preserve"> </w:t>
      </w:r>
      <w:proofErr w:type="spellStart"/>
      <w:r w:rsidR="00143CF7">
        <w:t>Click</w:t>
      </w:r>
      <w:proofErr w:type="spellEnd"/>
      <w:r w:rsidR="00143CF7">
        <w:t xml:space="preserve"> </w:t>
      </w:r>
      <w:proofErr w:type="spellStart"/>
      <w:r w:rsidR="00143CF7">
        <w:t>on</w:t>
      </w:r>
      <w:proofErr w:type="spellEnd"/>
      <w:r w:rsidR="00143CF7">
        <w:t xml:space="preserve"> </w:t>
      </w:r>
      <w:proofErr w:type="spellStart"/>
      <w:r w:rsidR="00143CF7">
        <w:t>the</w:t>
      </w:r>
      <w:proofErr w:type="spellEnd"/>
      <w:r w:rsidR="00143CF7">
        <w:t xml:space="preserve"> links</w:t>
      </w:r>
    </w:p>
    <w:p w14:paraId="2F17E010" w14:textId="46E071DE" w:rsidR="009B61B7" w:rsidRDefault="009B61B7" w:rsidP="009B61B7">
      <w:pPr>
        <w:pStyle w:val="NormalWeb"/>
        <w:numPr>
          <w:ilvl w:val="0"/>
          <w:numId w:val="15"/>
        </w:numPr>
      </w:pPr>
      <w:hyperlink r:id="rId11" w:history="1">
        <w:r>
          <w:rPr>
            <w:rStyle w:val="Hipervnculo"/>
            <w:rFonts w:eastAsiaTheme="majorEastAsia"/>
          </w:rPr>
          <w:t xml:space="preserve">Shopping – </w:t>
        </w:r>
        <w:proofErr w:type="spellStart"/>
        <w:r>
          <w:rPr>
            <w:rStyle w:val="Hipervnculo"/>
            <w:rFonts w:eastAsiaTheme="majorEastAsia"/>
          </w:rPr>
          <w:t>Wordwall</w:t>
        </w:r>
        <w:proofErr w:type="spellEnd"/>
      </w:hyperlink>
    </w:p>
    <w:p w14:paraId="41FB9C5B" w14:textId="7993E39F" w:rsidR="009B61B7" w:rsidRDefault="00BE6C17" w:rsidP="009B61B7">
      <w:pPr>
        <w:pStyle w:val="NormalWeb"/>
        <w:numPr>
          <w:ilvl w:val="0"/>
          <w:numId w:val="15"/>
        </w:numPr>
      </w:pPr>
      <w:hyperlink r:id="rId12" w:history="1">
        <w:r w:rsidRPr="00BE6C17">
          <w:rPr>
            <w:rStyle w:val="Hipervnculo"/>
            <w:rFonts w:eastAsiaTheme="majorEastAsia"/>
          </w:rPr>
          <w:t>At a r</w:t>
        </w:r>
        <w:r w:rsidR="009B61B7" w:rsidRPr="00BE6C17">
          <w:rPr>
            <w:rStyle w:val="Hipervnculo"/>
            <w:rFonts w:eastAsiaTheme="majorEastAsia"/>
          </w:rPr>
          <w:t>estaurant</w:t>
        </w:r>
      </w:hyperlink>
      <w:r w:rsidR="009B61B7" w:rsidRPr="00BE6C17">
        <w:rPr>
          <w:rFonts w:eastAsiaTheme="majorEastAsia"/>
        </w:rPr>
        <w:t xml:space="preserve"> </w:t>
      </w:r>
    </w:p>
    <w:p w14:paraId="55C1FECE" w14:textId="5B044617" w:rsidR="009B61B7" w:rsidRDefault="00BE6C17" w:rsidP="009B61B7">
      <w:pPr>
        <w:pStyle w:val="NormalWeb"/>
        <w:numPr>
          <w:ilvl w:val="0"/>
          <w:numId w:val="15"/>
        </w:numPr>
      </w:pPr>
      <w:hyperlink r:id="rId13" w:history="1">
        <w:proofErr w:type="spellStart"/>
        <w:r w:rsidRPr="00BE6C17">
          <w:rPr>
            <w:rStyle w:val="Hipervnculo"/>
            <w:rFonts w:eastAsiaTheme="majorEastAsia"/>
          </w:rPr>
          <w:t>Means</w:t>
        </w:r>
        <w:proofErr w:type="spellEnd"/>
        <w:r w:rsidRPr="00BE6C17">
          <w:rPr>
            <w:rStyle w:val="Hipervnculo"/>
            <w:rFonts w:eastAsiaTheme="majorEastAsia"/>
          </w:rPr>
          <w:t xml:space="preserve"> of </w:t>
        </w:r>
        <w:proofErr w:type="spellStart"/>
        <w:r w:rsidR="009B61B7" w:rsidRPr="00BE6C17">
          <w:rPr>
            <w:rStyle w:val="Hipervnculo"/>
            <w:rFonts w:eastAsiaTheme="majorEastAsia"/>
          </w:rPr>
          <w:t>Transport</w:t>
        </w:r>
        <w:proofErr w:type="spellEnd"/>
      </w:hyperlink>
      <w:r w:rsidR="009B61B7" w:rsidRPr="00BE6C17">
        <w:rPr>
          <w:rFonts w:eastAsiaTheme="majorEastAsia"/>
        </w:rPr>
        <w:t xml:space="preserve"> </w:t>
      </w:r>
      <w:r w:rsidR="009B61B7">
        <w:br/>
      </w:r>
    </w:p>
    <w:p w14:paraId="0E590905" w14:textId="3C3CCE85" w:rsidR="009B61B7" w:rsidRDefault="009B61B7" w:rsidP="009B61B7"/>
    <w:p w14:paraId="08BBB2AD" w14:textId="6A3602BE" w:rsidR="009B61B7" w:rsidRPr="009B61B7" w:rsidRDefault="009B61B7" w:rsidP="009B61B7">
      <w:pPr>
        <w:pStyle w:val="Ttulo2"/>
        <w:rPr>
          <w:lang w:val="es-AR"/>
        </w:rPr>
      </w:pPr>
      <w:r w:rsidRPr="009B61B7">
        <w:rPr>
          <w:rFonts w:ascii="Apple Color Emoji" w:hAnsi="Apple Color Emoji" w:cs="Apple Color Emoji"/>
          <w:lang w:val="es-AR"/>
        </w:rPr>
        <w:lastRenderedPageBreak/>
        <w:t>✅</w:t>
      </w:r>
      <w:r w:rsidRPr="009B61B7">
        <w:rPr>
          <w:lang w:val="es-AR"/>
        </w:rPr>
        <w:t xml:space="preserve"> Mini </w:t>
      </w:r>
      <w:r w:rsidR="00143CF7">
        <w:rPr>
          <w:lang w:val="es-AR"/>
        </w:rPr>
        <w:t>Test</w:t>
      </w:r>
    </w:p>
    <w:p w14:paraId="1C47EDDC" w14:textId="4E01CCC7" w:rsidR="009B61B7" w:rsidRPr="009B61B7" w:rsidRDefault="009B61B7" w:rsidP="009B61B7">
      <w:pPr>
        <w:pStyle w:val="NormalWeb"/>
        <w:numPr>
          <w:ilvl w:val="0"/>
          <w:numId w:val="16"/>
        </w:numPr>
        <w:rPr>
          <w:lang w:val="en-US"/>
        </w:rPr>
      </w:pPr>
      <w:r w:rsidRPr="009B61B7">
        <w:rPr>
          <w:lang w:val="en-US"/>
        </w:rPr>
        <w:t>“Can I have the ___</w:t>
      </w:r>
      <w:r w:rsidR="00143CF7">
        <w:rPr>
          <w:lang w:val="en-US"/>
        </w:rPr>
        <w:t>, please</w:t>
      </w:r>
      <w:r w:rsidRPr="009B61B7">
        <w:rPr>
          <w:lang w:val="en-US"/>
        </w:rPr>
        <w:t>?”</w:t>
      </w:r>
      <w:r w:rsidRPr="009B61B7">
        <w:rPr>
          <w:lang w:val="en-US"/>
        </w:rPr>
        <w:br/>
        <w:t xml:space="preserve">a) rice </w:t>
      </w:r>
      <w:r w:rsidRPr="009B61B7">
        <w:rPr>
          <w:lang w:val="en-US"/>
        </w:rPr>
        <w:br/>
        <w:t>b) raining</w:t>
      </w:r>
      <w:r w:rsidRPr="009B61B7">
        <w:rPr>
          <w:lang w:val="en-US"/>
        </w:rPr>
        <w:br/>
        <w:t>c) jacket</w:t>
      </w:r>
    </w:p>
    <w:p w14:paraId="0E7CD855" w14:textId="3619C1C4" w:rsidR="009B61B7" w:rsidRPr="009B61B7" w:rsidRDefault="009B61B7" w:rsidP="009B61B7">
      <w:pPr>
        <w:pStyle w:val="NormalWeb"/>
        <w:numPr>
          <w:ilvl w:val="0"/>
          <w:numId w:val="16"/>
        </w:numPr>
        <w:rPr>
          <w:lang w:val="en-US"/>
        </w:rPr>
      </w:pPr>
      <w:r w:rsidRPr="009B61B7">
        <w:rPr>
          <w:lang w:val="en-US"/>
        </w:rPr>
        <w:t>“Get ___ at the second stop.”</w:t>
      </w:r>
      <w:r w:rsidR="00BE6C17">
        <w:rPr>
          <w:lang w:val="en-US"/>
        </w:rPr>
        <w:t xml:space="preserve"> (on a bus)</w:t>
      </w:r>
      <w:r w:rsidRPr="009B61B7">
        <w:rPr>
          <w:lang w:val="en-US"/>
        </w:rPr>
        <w:br/>
        <w:t>a) down</w:t>
      </w:r>
      <w:r w:rsidRPr="009B61B7">
        <w:rPr>
          <w:lang w:val="en-US"/>
        </w:rPr>
        <w:br/>
        <w:t>b) out</w:t>
      </w:r>
      <w:r w:rsidRPr="009B61B7">
        <w:rPr>
          <w:lang w:val="en-US"/>
        </w:rPr>
        <w:br/>
        <w:t xml:space="preserve">c) off </w:t>
      </w:r>
    </w:p>
    <w:p w14:paraId="6683EC53" w14:textId="152B3D05" w:rsidR="009B61B7" w:rsidRPr="009B61B7" w:rsidRDefault="009B61B7" w:rsidP="009B61B7">
      <w:pPr>
        <w:pStyle w:val="NormalWeb"/>
        <w:numPr>
          <w:ilvl w:val="0"/>
          <w:numId w:val="16"/>
        </w:numPr>
        <w:rPr>
          <w:lang w:val="en-US"/>
        </w:rPr>
      </w:pPr>
      <w:r w:rsidRPr="009B61B7">
        <w:rPr>
          <w:lang w:val="en-US"/>
        </w:rPr>
        <w:t>“How much ___ this?”</w:t>
      </w:r>
      <w:r w:rsidRPr="009B61B7">
        <w:rPr>
          <w:lang w:val="en-US"/>
        </w:rPr>
        <w:br/>
        <w:t xml:space="preserve">a) is </w:t>
      </w:r>
      <w:r w:rsidRPr="009B61B7">
        <w:rPr>
          <w:lang w:val="en-US"/>
        </w:rPr>
        <w:br/>
        <w:t>b) are</w:t>
      </w:r>
      <w:r w:rsidRPr="009B61B7">
        <w:rPr>
          <w:lang w:val="en-US"/>
        </w:rPr>
        <w:br/>
        <w:t>c) does</w:t>
      </w:r>
    </w:p>
    <w:p w14:paraId="6E0E15E0" w14:textId="77777777" w:rsidR="009B61B7" w:rsidRDefault="00936C20" w:rsidP="009B61B7">
      <w:r>
        <w:rPr>
          <w:noProof/>
        </w:rPr>
        <w:pict w14:anchorId="617F934D">
          <v:rect id="_x0000_i1025" alt="" style="width:432.2pt;height:.05pt;mso-width-percent:0;mso-height-percent:0;mso-width-percent:0;mso-height-percent:0" o:hrpct="978" o:hralign="center" o:hrstd="t" o:hr="t" fillcolor="#a0a0a0" stroked="f"/>
        </w:pict>
      </w:r>
    </w:p>
    <w:p w14:paraId="2D6A1788" w14:textId="77777777" w:rsidR="009B61B7" w:rsidRPr="009B61B7" w:rsidRDefault="009B61B7" w:rsidP="009B61B7">
      <w:pPr>
        <w:pStyle w:val="Ttulo2"/>
        <w:rPr>
          <w:lang w:val="es-AR"/>
        </w:rPr>
      </w:pPr>
      <w:r>
        <w:rPr>
          <w:rFonts w:ascii="Apple Color Emoji" w:hAnsi="Apple Color Emoji" w:cs="Apple Color Emoji"/>
        </w:rPr>
        <w:t>📲</w:t>
      </w:r>
      <w:r w:rsidRPr="009B61B7">
        <w:rPr>
          <w:lang w:val="es-AR"/>
        </w:rPr>
        <w:t xml:space="preserve"> ¿</w:t>
      </w:r>
      <w:proofErr w:type="spellStart"/>
      <w:r w:rsidRPr="009B61B7">
        <w:rPr>
          <w:lang w:val="es-AR"/>
        </w:rPr>
        <w:t>Querés</w:t>
      </w:r>
      <w:proofErr w:type="spellEnd"/>
      <w:r w:rsidRPr="009B61B7">
        <w:rPr>
          <w:lang w:val="es-AR"/>
        </w:rPr>
        <w:t xml:space="preserve"> seguir aprendiendo?</w:t>
      </w:r>
    </w:p>
    <w:p w14:paraId="5A157846" w14:textId="7FA942CE" w:rsidR="009B61B7" w:rsidRDefault="009B61B7" w:rsidP="009B61B7">
      <w:pPr>
        <w:pStyle w:val="NormalWeb"/>
      </w:pPr>
      <w:r>
        <w:rPr>
          <w:rFonts w:ascii="Apple Color Emoji" w:hAnsi="Apple Color Emoji" w:cs="Apple Color Emoji"/>
        </w:rPr>
        <w:t>👉</w:t>
      </w:r>
      <w:r>
        <w:t xml:space="preserve"> </w:t>
      </w:r>
      <w:proofErr w:type="spellStart"/>
      <w:r>
        <w:t>Consultá</w:t>
      </w:r>
      <w:proofErr w:type="spellEnd"/>
      <w:r>
        <w:t xml:space="preserve"> por el próximo nivel</w:t>
      </w:r>
      <w:r w:rsidR="00BE6C17">
        <w:t xml:space="preserve"> B1</w:t>
      </w:r>
      <w:r>
        <w:br/>
      </w:r>
      <w:r>
        <w:rPr>
          <w:rFonts w:ascii="Apple Color Emoji" w:hAnsi="Apple Color Emoji" w:cs="Apple Color Emoji"/>
        </w:rPr>
        <w:t>👉</w:t>
      </w:r>
      <w:r>
        <w:t xml:space="preserve"> </w:t>
      </w:r>
      <w:proofErr w:type="spellStart"/>
      <w:r>
        <w:t>Escribinos</w:t>
      </w:r>
      <w:proofErr w:type="spellEnd"/>
      <w:r>
        <w:t xml:space="preserve"> por WhatsApp para recibir ayuda</w:t>
      </w:r>
      <w:r>
        <w:br/>
      </w:r>
      <w:r>
        <w:rPr>
          <w:rFonts w:ascii="Apple Color Emoji" w:hAnsi="Apple Color Emoji" w:cs="Apple Color Emoji"/>
        </w:rPr>
        <w:t>👉</w:t>
      </w:r>
      <w:r>
        <w:t xml:space="preserve"> ¡</w:t>
      </w:r>
      <w:proofErr w:type="spellStart"/>
      <w:r>
        <w:t>Sumate</w:t>
      </w:r>
      <w:proofErr w:type="spellEnd"/>
      <w:r>
        <w:t xml:space="preserve"> a My English Hub y seguí avanzando!</w:t>
      </w:r>
    </w:p>
    <w:p w14:paraId="04B3F44B" w14:textId="6BE82FB0" w:rsidR="009B61B7" w:rsidRDefault="009B61B7" w:rsidP="009B61B7"/>
    <w:p w14:paraId="3924BB66" w14:textId="1B74D3A5" w:rsidR="00B16E65" w:rsidRDefault="00B16E65"/>
    <w:sectPr w:rsidR="00B16E65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C7A0DFA"/>
    <w:multiLevelType w:val="multilevel"/>
    <w:tmpl w:val="E3B4F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60178E"/>
    <w:multiLevelType w:val="multilevel"/>
    <w:tmpl w:val="A55C3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9D3D6D"/>
    <w:multiLevelType w:val="multilevel"/>
    <w:tmpl w:val="7BF85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B5117D"/>
    <w:multiLevelType w:val="multilevel"/>
    <w:tmpl w:val="4CA4A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116160"/>
    <w:multiLevelType w:val="multilevel"/>
    <w:tmpl w:val="E222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A10A1B"/>
    <w:multiLevelType w:val="multilevel"/>
    <w:tmpl w:val="AA70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8A4567"/>
    <w:multiLevelType w:val="multilevel"/>
    <w:tmpl w:val="6598E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517300">
    <w:abstractNumId w:val="8"/>
  </w:num>
  <w:num w:numId="2" w16cid:durableId="1399790778">
    <w:abstractNumId w:val="6"/>
  </w:num>
  <w:num w:numId="3" w16cid:durableId="167136732">
    <w:abstractNumId w:val="5"/>
  </w:num>
  <w:num w:numId="4" w16cid:durableId="1426003151">
    <w:abstractNumId w:val="4"/>
  </w:num>
  <w:num w:numId="5" w16cid:durableId="688990051">
    <w:abstractNumId w:val="7"/>
  </w:num>
  <w:num w:numId="6" w16cid:durableId="1403680152">
    <w:abstractNumId w:val="3"/>
  </w:num>
  <w:num w:numId="7" w16cid:durableId="919095928">
    <w:abstractNumId w:val="2"/>
  </w:num>
  <w:num w:numId="8" w16cid:durableId="353964823">
    <w:abstractNumId w:val="1"/>
  </w:num>
  <w:num w:numId="9" w16cid:durableId="622736492">
    <w:abstractNumId w:val="0"/>
  </w:num>
  <w:num w:numId="10" w16cid:durableId="409470688">
    <w:abstractNumId w:val="13"/>
  </w:num>
  <w:num w:numId="11" w16cid:durableId="582838228">
    <w:abstractNumId w:val="12"/>
  </w:num>
  <w:num w:numId="12" w16cid:durableId="2050301249">
    <w:abstractNumId w:val="15"/>
  </w:num>
  <w:num w:numId="13" w16cid:durableId="317423094">
    <w:abstractNumId w:val="14"/>
  </w:num>
  <w:num w:numId="14" w16cid:durableId="1916668829">
    <w:abstractNumId w:val="9"/>
  </w:num>
  <w:num w:numId="15" w16cid:durableId="1252276293">
    <w:abstractNumId w:val="10"/>
  </w:num>
  <w:num w:numId="16" w16cid:durableId="8841729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43CF7"/>
    <w:rsid w:val="0015074B"/>
    <w:rsid w:val="002379DD"/>
    <w:rsid w:val="00240365"/>
    <w:rsid w:val="0029639D"/>
    <w:rsid w:val="00326F90"/>
    <w:rsid w:val="00936C20"/>
    <w:rsid w:val="009B61B7"/>
    <w:rsid w:val="00AA1D8D"/>
    <w:rsid w:val="00B16E65"/>
    <w:rsid w:val="00B47730"/>
    <w:rsid w:val="00BE6C17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1CF295"/>
  <w14:defaultImageDpi w14:val="300"/>
  <w15:docId w15:val="{6EE91F95-8A40-2840-855E-0F86E483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9B6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ES_tradnl"/>
    </w:rPr>
  </w:style>
  <w:style w:type="character" w:styleId="Hipervnculo">
    <w:name w:val="Hyperlink"/>
    <w:basedOn w:val="Fuentedeprrafopredeter"/>
    <w:uiPriority w:val="99"/>
    <w:unhideWhenUsed/>
    <w:rsid w:val="009B61B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E6C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4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rdwall.net/es/resource/30813199/transport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ordwall.net/es/resource/18804168/vocabulary/at-a-restauran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ordwall.net/es/resource/3069270/shoppi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462</Words>
  <Characters>2543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Katty Ortega</cp:lastModifiedBy>
  <cp:revision>3</cp:revision>
  <dcterms:created xsi:type="dcterms:W3CDTF">2025-04-21T14:23:00Z</dcterms:created>
  <dcterms:modified xsi:type="dcterms:W3CDTF">2025-04-21T14:59:00Z</dcterms:modified>
  <cp:category/>
</cp:coreProperties>
</file>